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96661" w14:textId="724BCC94" w:rsidR="0089497D" w:rsidRDefault="00784B42">
      <w:pPr>
        <w:pStyle w:val="Heading1"/>
        <w:jc w:val="center"/>
      </w:pPr>
      <w:r>
        <w:t>Role Descript</w:t>
      </w:r>
      <w:r w:rsidR="001943A5">
        <w:t>ion</w:t>
      </w:r>
    </w:p>
    <w:p w14:paraId="6069513B" w14:textId="77777777" w:rsidR="0089497D" w:rsidRDefault="00784B42" w:rsidP="00DB26DD">
      <w:pPr>
        <w:pStyle w:val="Heading2"/>
      </w:pPr>
      <w:r>
        <w:t>Role Details</w:t>
      </w:r>
    </w:p>
    <w:tbl>
      <w:tblPr>
        <w:tblW w:w="0" w:type="auto"/>
        <w:tblLook w:val="04A0" w:firstRow="1" w:lastRow="0" w:firstColumn="1" w:lastColumn="0" w:noHBand="0" w:noVBand="1"/>
      </w:tblPr>
      <w:tblGrid>
        <w:gridCol w:w="4320"/>
        <w:gridCol w:w="4320"/>
      </w:tblGrid>
      <w:tr w:rsidR="0089497D" w14:paraId="425EEAD1" w14:textId="77777777" w:rsidTr="002D5D49">
        <w:tc>
          <w:tcPr>
            <w:tcW w:w="4320" w:type="dxa"/>
          </w:tcPr>
          <w:p w14:paraId="435E34E7" w14:textId="77777777" w:rsidR="0089497D" w:rsidRDefault="00784B42">
            <w:r>
              <w:t>Position Title:</w:t>
            </w:r>
          </w:p>
        </w:tc>
        <w:tc>
          <w:tcPr>
            <w:tcW w:w="4320" w:type="dxa"/>
          </w:tcPr>
          <w:p w14:paraId="10204E0C" w14:textId="62C285B2" w:rsidR="0089497D" w:rsidRDefault="00784B42">
            <w:r>
              <w:t>Area Manager</w:t>
            </w:r>
          </w:p>
        </w:tc>
      </w:tr>
      <w:tr w:rsidR="0089497D" w14:paraId="1BF0518F" w14:textId="77777777" w:rsidTr="002D5D49">
        <w:tc>
          <w:tcPr>
            <w:tcW w:w="4320" w:type="dxa"/>
          </w:tcPr>
          <w:p w14:paraId="4E632034" w14:textId="77777777" w:rsidR="0089497D" w:rsidRDefault="00784B42">
            <w:r>
              <w:t>Reports to:</w:t>
            </w:r>
          </w:p>
        </w:tc>
        <w:tc>
          <w:tcPr>
            <w:tcW w:w="4320" w:type="dxa"/>
          </w:tcPr>
          <w:p w14:paraId="4BD74148" w14:textId="6DD09FA5" w:rsidR="0089497D" w:rsidRDefault="00784B42">
            <w:r>
              <w:t>Senior Area Manager</w:t>
            </w:r>
          </w:p>
        </w:tc>
      </w:tr>
      <w:tr w:rsidR="0089497D" w14:paraId="73B3F58A" w14:textId="77777777" w:rsidTr="002D5D49">
        <w:tc>
          <w:tcPr>
            <w:tcW w:w="4320" w:type="dxa"/>
          </w:tcPr>
          <w:p w14:paraId="6D758BBA" w14:textId="77777777" w:rsidR="0089497D" w:rsidRDefault="00784B42" w:rsidP="002D5D49">
            <w:pPr>
              <w:ind w:left="142" w:hanging="142"/>
            </w:pPr>
            <w:r>
              <w:t>Department:</w:t>
            </w:r>
          </w:p>
        </w:tc>
        <w:tc>
          <w:tcPr>
            <w:tcW w:w="4320" w:type="dxa"/>
          </w:tcPr>
          <w:p w14:paraId="517E41ED" w14:textId="77777777" w:rsidR="0089497D" w:rsidRDefault="00784B42">
            <w:r>
              <w:t>Cleaning Services</w:t>
            </w:r>
          </w:p>
        </w:tc>
      </w:tr>
      <w:tr w:rsidR="0089497D" w14:paraId="5B1BD36E" w14:textId="77777777" w:rsidTr="002D5D49">
        <w:tc>
          <w:tcPr>
            <w:tcW w:w="4320" w:type="dxa"/>
          </w:tcPr>
          <w:p w14:paraId="59DFA42B" w14:textId="77777777" w:rsidR="0089497D" w:rsidRDefault="00784B42">
            <w:r>
              <w:t>Function:</w:t>
            </w:r>
          </w:p>
        </w:tc>
        <w:tc>
          <w:tcPr>
            <w:tcW w:w="4320" w:type="dxa"/>
          </w:tcPr>
          <w:p w14:paraId="73A9FB55" w14:textId="7ED50FA6" w:rsidR="0089497D" w:rsidRDefault="0096662C">
            <w:r>
              <w:t>Contract &amp; Service Delivery Management</w:t>
            </w:r>
          </w:p>
        </w:tc>
      </w:tr>
    </w:tbl>
    <w:p w14:paraId="558AFDFF" w14:textId="77777777" w:rsidR="0089497D" w:rsidRDefault="00784B42">
      <w:pPr>
        <w:pStyle w:val="Heading2"/>
      </w:pPr>
      <w:r>
        <w:t>Role Purpose</w:t>
      </w:r>
    </w:p>
    <w:p w14:paraId="30CB0EA0" w14:textId="4F7E91EC" w:rsidR="00696ACF" w:rsidRDefault="00784B42">
      <w:r>
        <w:t>The Area Manager is responsible for working in conjunction with the Senior Area Manager to ensure the effective delivery, performance, and development of a portfolio of cleaning service contracts. The role has a strong focus on client liaison, operational staff management, monitoring service standards, auditing, and ensuring contractual KPIs and SLAs are consistently achieved.</w:t>
      </w:r>
      <w:r>
        <w:br/>
      </w:r>
      <w:r>
        <w:br/>
        <w:t>The primary objectives of this role are contract retention, operational excellence, client satisfaction, employee engagement, and contributing to company growth. The Area Manager must ensure all sites operate safely, efficiently, and within agreed budgets while maintaining the highest service standards.</w:t>
      </w:r>
    </w:p>
    <w:p w14:paraId="1EF20115" w14:textId="1BA697C7" w:rsidR="0089497D" w:rsidRDefault="00784B42">
      <w:pPr>
        <w:pStyle w:val="Heading2"/>
      </w:pPr>
      <w:r>
        <w:t xml:space="preserve">Key </w:t>
      </w:r>
      <w:r w:rsidR="007921E1">
        <w:t>Responsibilities</w:t>
      </w:r>
    </w:p>
    <w:tbl>
      <w:tblPr>
        <w:tblW w:w="10031" w:type="dxa"/>
        <w:tblLook w:val="04A0" w:firstRow="1" w:lastRow="0" w:firstColumn="1" w:lastColumn="0" w:noHBand="0" w:noVBand="1"/>
      </w:tblPr>
      <w:tblGrid>
        <w:gridCol w:w="4320"/>
        <w:gridCol w:w="5711"/>
      </w:tblGrid>
      <w:tr w:rsidR="0089497D" w14:paraId="0768B94C" w14:textId="77777777" w:rsidTr="006B33E5">
        <w:tc>
          <w:tcPr>
            <w:tcW w:w="4320" w:type="dxa"/>
          </w:tcPr>
          <w:p w14:paraId="452056D9" w14:textId="77777777" w:rsidR="0089497D" w:rsidRPr="005761B7" w:rsidRDefault="00784B42" w:rsidP="006033EF">
            <w:pPr>
              <w:spacing w:after="0"/>
              <w:rPr>
                <w:b/>
                <w:bCs/>
              </w:rPr>
            </w:pPr>
            <w:r w:rsidRPr="005761B7">
              <w:rPr>
                <w:b/>
                <w:bCs/>
              </w:rPr>
              <w:t>Description</w:t>
            </w:r>
          </w:p>
        </w:tc>
        <w:tc>
          <w:tcPr>
            <w:tcW w:w="5711" w:type="dxa"/>
          </w:tcPr>
          <w:p w14:paraId="04B0A2F8" w14:textId="77777777" w:rsidR="0089497D" w:rsidRPr="005761B7" w:rsidRDefault="00784B42" w:rsidP="006033EF">
            <w:pPr>
              <w:spacing w:after="0"/>
              <w:rPr>
                <w:b/>
                <w:bCs/>
              </w:rPr>
            </w:pPr>
            <w:r w:rsidRPr="005761B7">
              <w:rPr>
                <w:b/>
                <w:bCs/>
              </w:rPr>
              <w:t>Key Performance Indicators</w:t>
            </w:r>
          </w:p>
        </w:tc>
      </w:tr>
      <w:tr w:rsidR="0089497D" w:rsidRPr="005D707C" w14:paraId="3BD4161E" w14:textId="77777777" w:rsidTr="006B33E5">
        <w:tc>
          <w:tcPr>
            <w:tcW w:w="4320" w:type="dxa"/>
          </w:tcPr>
          <w:p w14:paraId="57994ABC" w14:textId="77777777" w:rsidR="0089497D" w:rsidRPr="005D707C" w:rsidRDefault="00784B42" w:rsidP="006033EF">
            <w:pPr>
              <w:spacing w:after="0"/>
            </w:pPr>
            <w:r w:rsidRPr="005D707C">
              <w:t>Build and maintain strong client relationships whilst ensuring cleaning standards are not compromised.</w:t>
            </w:r>
          </w:p>
        </w:tc>
        <w:tc>
          <w:tcPr>
            <w:tcW w:w="5711" w:type="dxa"/>
          </w:tcPr>
          <w:p w14:paraId="6B4CF594" w14:textId="1E5B6118" w:rsidR="00B648C7" w:rsidRPr="005D707C" w:rsidRDefault="00784B42" w:rsidP="006033EF">
            <w:pPr>
              <w:spacing w:after="0"/>
            </w:pPr>
            <w:r w:rsidRPr="005D707C">
              <w:t xml:space="preserve">• </w:t>
            </w:r>
            <w:r w:rsidR="00060087" w:rsidRPr="005D707C">
              <w:t>Act as first point of contact for assigned clients.</w:t>
            </w:r>
          </w:p>
          <w:p w14:paraId="64AC7588" w14:textId="77777777" w:rsidR="001E0395" w:rsidRPr="005D707C" w:rsidRDefault="00060087" w:rsidP="006033EF">
            <w:pPr>
              <w:spacing w:after="0"/>
            </w:pPr>
            <w:r w:rsidRPr="005D707C">
              <w:t xml:space="preserve">• </w:t>
            </w:r>
            <w:r w:rsidR="00B648C7" w:rsidRPr="005D707C">
              <w:t>To be responsible for all elements of the cleaning service on site i.e. people management, communication, customer service, cleaning standards, equipment maintenance and health &amp; safety procedures.</w:t>
            </w:r>
            <w:r w:rsidR="00784B42" w:rsidRPr="005D707C">
              <w:br/>
              <w:t>• Ensure</w:t>
            </w:r>
            <w:r w:rsidR="003D3CF3" w:rsidRPr="005D707C">
              <w:t xml:space="preserve"> KPI</w:t>
            </w:r>
            <w:r w:rsidR="009B5DE0" w:rsidRPr="005D707C">
              <w:t xml:space="preserve">s and </w:t>
            </w:r>
            <w:r w:rsidR="00784B42" w:rsidRPr="005D707C">
              <w:t xml:space="preserve">SLAs are achieved and </w:t>
            </w:r>
            <w:r w:rsidR="009B5DE0" w:rsidRPr="005D707C">
              <w:t>standar</w:t>
            </w:r>
            <w:r w:rsidR="00077BCD" w:rsidRPr="005D707C">
              <w:t xml:space="preserve">ds are being </w:t>
            </w:r>
            <w:r w:rsidR="00784B42" w:rsidRPr="005D707C">
              <w:t>exceeded</w:t>
            </w:r>
            <w:r w:rsidR="00077BCD" w:rsidRPr="005D707C">
              <w:t xml:space="preserve"> if possible.</w:t>
            </w:r>
          </w:p>
          <w:p w14:paraId="3B1C449F" w14:textId="5B89F56A" w:rsidR="002B7376" w:rsidRPr="005D707C" w:rsidRDefault="00BF7900" w:rsidP="006033EF">
            <w:pPr>
              <w:spacing w:after="0"/>
            </w:pPr>
            <w:r w:rsidRPr="005D707C">
              <w:t>•</w:t>
            </w:r>
            <w:r w:rsidR="00187DC6" w:rsidRPr="005D707C">
              <w:t xml:space="preserve"> To actively promote D&amp;G Cleaning Services and identify opportunities</w:t>
            </w:r>
            <w:r w:rsidR="002B7376" w:rsidRPr="005D707C">
              <w:t xml:space="preserve"> within the contract portfolio, promoting D&amp;G Cleaning Services and expanding service offerings such as window cleaning, consumables supply, industrial works, landscaping, </w:t>
            </w:r>
            <w:r w:rsidR="0010438E" w:rsidRPr="005D707C">
              <w:t>etc.</w:t>
            </w:r>
          </w:p>
          <w:p w14:paraId="08E86B9F" w14:textId="77777777" w:rsidR="0019521E" w:rsidRPr="005D707C" w:rsidRDefault="00784B42" w:rsidP="0010438E">
            <w:pPr>
              <w:spacing w:after="0"/>
            </w:pPr>
            <w:r w:rsidRPr="005D707C">
              <w:t>• Attend client meetings</w:t>
            </w:r>
            <w:r w:rsidR="00BC216B" w:rsidRPr="005D707C">
              <w:t>, follow up on requests</w:t>
            </w:r>
            <w:r w:rsidR="006239D0" w:rsidRPr="005D707C">
              <w:t>, and ensure concerns are resolved promptly and profes</w:t>
            </w:r>
            <w:r w:rsidR="000A7A3F" w:rsidRPr="005D707C">
              <w:t>sionally.</w:t>
            </w:r>
            <w:r w:rsidRPr="005D707C">
              <w:br/>
              <w:t>• Manage complaints</w:t>
            </w:r>
            <w:r w:rsidR="000A7A3F" w:rsidRPr="005D707C">
              <w:t xml:space="preserve"> effectively </w:t>
            </w:r>
            <w:r w:rsidR="006576AD" w:rsidRPr="005D707C">
              <w:t xml:space="preserve">to ensure issues are resolved to client </w:t>
            </w:r>
            <w:r w:rsidR="0010438E" w:rsidRPr="005D707C">
              <w:t>satisfaction.</w:t>
            </w:r>
          </w:p>
          <w:p w14:paraId="2ED4FBFE" w14:textId="72C12E8C" w:rsidR="0010438E" w:rsidRPr="005D707C" w:rsidRDefault="0010438E" w:rsidP="0010438E">
            <w:pPr>
              <w:spacing w:after="0"/>
            </w:pPr>
          </w:p>
        </w:tc>
      </w:tr>
      <w:tr w:rsidR="0089497D" w:rsidRPr="005D707C" w14:paraId="3FEAD90E" w14:textId="77777777" w:rsidTr="006B33E5">
        <w:tc>
          <w:tcPr>
            <w:tcW w:w="4320" w:type="dxa"/>
          </w:tcPr>
          <w:p w14:paraId="01FEFC51" w14:textId="77777777" w:rsidR="005D707C" w:rsidRPr="005D707C" w:rsidRDefault="005D707C"/>
          <w:p w14:paraId="52614461" w14:textId="4E8290EF" w:rsidR="0089497D" w:rsidRPr="005D707C" w:rsidRDefault="00784B42">
            <w:r w:rsidRPr="005D707C">
              <w:t>Ensure operational performance across assigned sites.</w:t>
            </w:r>
          </w:p>
        </w:tc>
        <w:tc>
          <w:tcPr>
            <w:tcW w:w="5711" w:type="dxa"/>
          </w:tcPr>
          <w:p w14:paraId="359662C9" w14:textId="77777777" w:rsidR="005D707C" w:rsidRPr="005D707C" w:rsidRDefault="005D707C" w:rsidP="00352C94">
            <w:pPr>
              <w:spacing w:after="0"/>
            </w:pPr>
          </w:p>
          <w:p w14:paraId="6DF5007F" w14:textId="06384F2F" w:rsidR="00352C94" w:rsidRPr="005D707C" w:rsidRDefault="00784B42" w:rsidP="00352C94">
            <w:pPr>
              <w:spacing w:after="0"/>
            </w:pPr>
            <w:r w:rsidRPr="005D707C">
              <w:t>• Conduct site visits</w:t>
            </w:r>
            <w:r w:rsidR="002D22EB" w:rsidRPr="005D707C">
              <w:t xml:space="preserve"> as required</w:t>
            </w:r>
            <w:r w:rsidR="001B24CF" w:rsidRPr="005D707C">
              <w:t xml:space="preserve"> to ensure contracts operate in line with agreed specifications</w:t>
            </w:r>
            <w:r w:rsidR="00E023A4" w:rsidRPr="005D707C">
              <w:t>, budget, and service standards.</w:t>
            </w:r>
            <w:r w:rsidRPr="005D707C">
              <w:br/>
              <w:t xml:space="preserve">• </w:t>
            </w:r>
            <w:r w:rsidR="00E769F9" w:rsidRPr="005D707C">
              <w:t>Carry out site audits and i</w:t>
            </w:r>
            <w:r w:rsidRPr="005D707C">
              <w:t>mplement corrective actions where required.</w:t>
            </w:r>
            <w:r w:rsidRPr="005D707C">
              <w:br/>
              <w:t xml:space="preserve">• </w:t>
            </w:r>
            <w:r w:rsidR="00654746" w:rsidRPr="005D707C">
              <w:t>To continuously review and improve work methods and operational procedures to maximize resource utili</w:t>
            </w:r>
            <w:r w:rsidR="006666F8">
              <w:t>s</w:t>
            </w:r>
            <w:r w:rsidR="00654746" w:rsidRPr="005D707C">
              <w:t xml:space="preserve">ation, efficiency, and service quality. </w:t>
            </w:r>
          </w:p>
          <w:p w14:paraId="28C809A5" w14:textId="77777777" w:rsidR="0089497D" w:rsidRPr="005D707C" w:rsidRDefault="00352C94" w:rsidP="00352C94">
            <w:pPr>
              <w:spacing w:after="0"/>
            </w:pPr>
            <w:r w:rsidRPr="005D707C">
              <w:t xml:space="preserve">• </w:t>
            </w:r>
            <w:r w:rsidR="00654746" w:rsidRPr="005D707C">
              <w:t>To develop, implement, and maintain cleaning specifications in line with client requirements, site needs, and contractual obligations.</w:t>
            </w:r>
          </w:p>
          <w:p w14:paraId="730CC498" w14:textId="4040DCD7" w:rsidR="005F0FC8" w:rsidRPr="005D707C" w:rsidRDefault="00C4031A" w:rsidP="00352C94">
            <w:pPr>
              <w:spacing w:after="0"/>
            </w:pPr>
            <w:r w:rsidRPr="005D707C">
              <w:t>• Manage stock control and oversee cleaning materials and consumables.</w:t>
            </w:r>
          </w:p>
          <w:p w14:paraId="76F9F7F2" w14:textId="77777777" w:rsidR="00352C94" w:rsidRPr="005D707C" w:rsidRDefault="00352C94" w:rsidP="00352C94">
            <w:pPr>
              <w:spacing w:after="0"/>
            </w:pPr>
          </w:p>
          <w:p w14:paraId="78892204" w14:textId="7E215F30" w:rsidR="005D707C" w:rsidRPr="005D707C" w:rsidRDefault="005D707C" w:rsidP="00352C94">
            <w:pPr>
              <w:spacing w:after="0"/>
            </w:pPr>
          </w:p>
        </w:tc>
      </w:tr>
      <w:tr w:rsidR="0089497D" w:rsidRPr="005D707C" w14:paraId="44C405E6" w14:textId="77777777" w:rsidTr="006B33E5">
        <w:tc>
          <w:tcPr>
            <w:tcW w:w="4320" w:type="dxa"/>
          </w:tcPr>
          <w:p w14:paraId="2F95D39D" w14:textId="33E1CBA9" w:rsidR="0089497D" w:rsidRPr="005D707C" w:rsidRDefault="00784B42">
            <w:r w:rsidRPr="005D707C">
              <w:t xml:space="preserve">Lead and develop operational staff to </w:t>
            </w:r>
            <w:r w:rsidR="009561E6" w:rsidRPr="005D707C">
              <w:t>optimize</w:t>
            </w:r>
            <w:r w:rsidRPr="005D707C">
              <w:t xml:space="preserve"> performance.</w:t>
            </w:r>
          </w:p>
        </w:tc>
        <w:tc>
          <w:tcPr>
            <w:tcW w:w="5711" w:type="dxa"/>
          </w:tcPr>
          <w:p w14:paraId="32866BB4" w14:textId="462A72F6" w:rsidR="002A0CF7" w:rsidRPr="005D707C" w:rsidRDefault="00784B42" w:rsidP="00A02740">
            <w:pPr>
              <w:spacing w:after="0"/>
            </w:pPr>
            <w:r w:rsidRPr="005D707C">
              <w:t xml:space="preserve">• </w:t>
            </w:r>
            <w:r w:rsidR="009F361C" w:rsidRPr="005D707C">
              <w:t>Manage, train, and support on-site staff</w:t>
            </w:r>
            <w:r w:rsidR="00504123" w:rsidRPr="005D707C">
              <w:t>.</w:t>
            </w:r>
            <w:r w:rsidR="002A0CF7" w:rsidRPr="005D707C">
              <w:t xml:space="preserve"> </w:t>
            </w:r>
            <w:r w:rsidR="009F361C" w:rsidRPr="005D707C">
              <w:t>Deliver site</w:t>
            </w:r>
            <w:r w:rsidR="002A0CF7" w:rsidRPr="005D707C">
              <w:t xml:space="preserve"> familiari</w:t>
            </w:r>
            <w:r w:rsidR="006666F8">
              <w:t>s</w:t>
            </w:r>
            <w:r w:rsidR="002A0CF7" w:rsidRPr="005D707C">
              <w:t>ation</w:t>
            </w:r>
            <w:r w:rsidR="009F361C" w:rsidRPr="005D707C">
              <w:t xml:space="preserve"> training to all new employees, covering access procedures, key contacts, and operational requirements.</w:t>
            </w:r>
          </w:p>
          <w:p w14:paraId="0D02A548" w14:textId="0CAEB981" w:rsidR="000B106D" w:rsidRPr="005D707C" w:rsidRDefault="00784B42" w:rsidP="00A02740">
            <w:pPr>
              <w:spacing w:after="0"/>
            </w:pPr>
            <w:r w:rsidRPr="005D707C">
              <w:t xml:space="preserve">• </w:t>
            </w:r>
            <w:r w:rsidR="00696ACF" w:rsidRPr="005D707C">
              <w:t>Manage on-site staff and conduct probation reviews, toolbox talks, and informal performance meetings, ensuring all processes are carried out in line with company policy and supporting HR with disciplinary procedures.</w:t>
            </w:r>
            <w:r w:rsidRPr="005D707C">
              <w:br/>
              <w:t xml:space="preserve">• </w:t>
            </w:r>
            <w:r w:rsidR="00E66495" w:rsidRPr="005D707C">
              <w:t>Manage site-specific recruitment processes, including CV screening, interviewing, and hiring, using the company’s Applicant Tracking System (SeeMeHired), while proactively planning for future staffing requirements.</w:t>
            </w:r>
          </w:p>
          <w:p w14:paraId="07DE53FB" w14:textId="77777777" w:rsidR="00525D4B" w:rsidRPr="005D707C" w:rsidRDefault="00525D4B" w:rsidP="00A02740">
            <w:pPr>
              <w:spacing w:after="0"/>
            </w:pPr>
          </w:p>
          <w:p w14:paraId="21E40C99" w14:textId="5B76CF03" w:rsidR="005D707C" w:rsidRPr="005D707C" w:rsidRDefault="005D707C" w:rsidP="00A02740">
            <w:pPr>
              <w:spacing w:after="0"/>
            </w:pPr>
          </w:p>
        </w:tc>
      </w:tr>
      <w:tr w:rsidR="0089497D" w:rsidRPr="005D707C" w14:paraId="183EDCD3" w14:textId="77777777" w:rsidTr="006B33E5">
        <w:tc>
          <w:tcPr>
            <w:tcW w:w="4320" w:type="dxa"/>
          </w:tcPr>
          <w:p w14:paraId="2F232ADD" w14:textId="77777777" w:rsidR="0089497D" w:rsidRPr="005D707C" w:rsidRDefault="00784B42">
            <w:r w:rsidRPr="005D707C">
              <w:t>Ensure full compliance with company policies and health &amp; safety legislation.</w:t>
            </w:r>
          </w:p>
        </w:tc>
        <w:tc>
          <w:tcPr>
            <w:tcW w:w="5711" w:type="dxa"/>
          </w:tcPr>
          <w:p w14:paraId="73301FBF" w14:textId="40E55FE5" w:rsidR="0089497D" w:rsidRPr="005D707C" w:rsidRDefault="00784B42">
            <w:r w:rsidRPr="005D707C">
              <w:t xml:space="preserve">• </w:t>
            </w:r>
            <w:r w:rsidR="00AF5172" w:rsidRPr="005D707C">
              <w:t>Maintain and regularly review risk assessments, safety folders, safety statements, and all relevant health &amp; safety documentation, ensuring annual refreshers are completed, signed, and submitted to HR in accordance with company procedures.</w:t>
            </w:r>
            <w:r w:rsidRPr="005D707C">
              <w:br/>
              <w:t xml:space="preserve">• </w:t>
            </w:r>
            <w:r w:rsidR="00274DA3" w:rsidRPr="005D707C">
              <w:t>Ensure all accidents and incidents are reported, investigated, and documented in line with company policy, with follow-up actions implemented we</w:t>
            </w:r>
            <w:r w:rsidR="00367F1D">
              <w:t>re</w:t>
            </w:r>
            <w:r w:rsidR="00274DA3" w:rsidRPr="005D707C">
              <w:t xml:space="preserve"> required.</w:t>
            </w:r>
            <w:r w:rsidRPr="005D707C">
              <w:br/>
              <w:t>• Promote</w:t>
            </w:r>
            <w:r w:rsidR="00B547E2" w:rsidRPr="005D707C">
              <w:t xml:space="preserve"> and enforce</w:t>
            </w:r>
            <w:r w:rsidRPr="005D707C">
              <w:t xml:space="preserve"> safe working practices across all sites.</w:t>
            </w:r>
          </w:p>
        </w:tc>
      </w:tr>
      <w:tr w:rsidR="0089497D" w14:paraId="257B54B8" w14:textId="77777777" w:rsidTr="006B33E5">
        <w:tc>
          <w:tcPr>
            <w:tcW w:w="4320" w:type="dxa"/>
          </w:tcPr>
          <w:p w14:paraId="3EAA36A3" w14:textId="77777777" w:rsidR="0089497D" w:rsidRPr="005D707C" w:rsidRDefault="00784B42">
            <w:r w:rsidRPr="005D707C">
              <w:lastRenderedPageBreak/>
              <w:t>Maintain accurate systems, payroll and reporting standards.</w:t>
            </w:r>
          </w:p>
        </w:tc>
        <w:tc>
          <w:tcPr>
            <w:tcW w:w="5711" w:type="dxa"/>
          </w:tcPr>
          <w:p w14:paraId="3A03D7AD" w14:textId="77777777" w:rsidR="002B66F5" w:rsidRPr="005D707C" w:rsidRDefault="00784B42" w:rsidP="002B66F5">
            <w:pPr>
              <w:spacing w:after="0"/>
            </w:pPr>
            <w:r w:rsidRPr="005D707C">
              <w:t xml:space="preserve">• </w:t>
            </w:r>
            <w:r w:rsidR="00A14763" w:rsidRPr="005D707C">
              <w:t>Monitor and manage time and attendance records through the relevant company system to ensure accuracy of rostered hours and payroll inputs. Ensure all timesheets are completed accurately and submitted within agreed company deadlines.</w:t>
            </w:r>
          </w:p>
          <w:p w14:paraId="5DB8E714" w14:textId="77777777" w:rsidR="00071BCE" w:rsidRDefault="002B66F5" w:rsidP="002B66F5">
            <w:pPr>
              <w:spacing w:after="0"/>
            </w:pPr>
            <w:r w:rsidRPr="005D707C">
              <w:t>• Plan and coordinate annual leave and absence cover to maintain service continuity, ensuring timely and appropriate communication with clients regarding staffing changes or absenteeism.</w:t>
            </w:r>
            <w:r w:rsidR="00784B42" w:rsidRPr="005D707C">
              <w:br/>
              <w:t xml:space="preserve">• Maintain </w:t>
            </w:r>
            <w:r w:rsidR="008F4138" w:rsidRPr="005D707C">
              <w:t>accu</w:t>
            </w:r>
            <w:r w:rsidR="006B689C" w:rsidRPr="005D707C">
              <w:t xml:space="preserve">rate records in </w:t>
            </w:r>
            <w:r w:rsidR="00784B42" w:rsidRPr="005D707C">
              <w:t xml:space="preserve">Salesforce </w:t>
            </w:r>
            <w:r w:rsidR="006B689C" w:rsidRPr="005D707C">
              <w:t xml:space="preserve">including logging every complaint to </w:t>
            </w:r>
            <w:r w:rsidR="00784B42" w:rsidRPr="005D707C">
              <w:t>cases, work orders, maintenance plans</w:t>
            </w:r>
            <w:r w:rsidR="00484E2D" w:rsidRPr="005D707C">
              <w:t xml:space="preserve"> or any Salesforce tasks related to your role.</w:t>
            </w:r>
          </w:p>
          <w:p w14:paraId="22FED698" w14:textId="251599E0" w:rsidR="0089497D" w:rsidRDefault="00071BCE" w:rsidP="002B66F5">
            <w:pPr>
              <w:spacing w:after="0"/>
            </w:pPr>
            <w:r w:rsidRPr="005D707C">
              <w:t xml:space="preserve">• </w:t>
            </w:r>
            <w:r w:rsidRPr="00071BCE">
              <w:t>Proactively identify opportunities to showcase operational excellence by capturing and submitting appropriate site content (e.g. new contract mobili</w:t>
            </w:r>
            <w:r w:rsidR="00367F1D">
              <w:t>s</w:t>
            </w:r>
            <w:r w:rsidRPr="00071BCE">
              <w:t>ations, team</w:t>
            </w:r>
            <w:r w:rsidR="001C3120">
              <w:t>/staff</w:t>
            </w:r>
            <w:r w:rsidRPr="00071BCE">
              <w:t xml:space="preserve"> achievements, before/after results) for company social media and marketing platforms, subject to client approval.</w:t>
            </w:r>
            <w:r w:rsidR="00784B42" w:rsidRPr="005D707C">
              <w:br/>
              <w:t>• Submit weekly activity reports to Senior Area Manager.</w:t>
            </w:r>
          </w:p>
        </w:tc>
      </w:tr>
    </w:tbl>
    <w:p w14:paraId="028AFCBE" w14:textId="58540CEF" w:rsidR="005D707C" w:rsidRDefault="005D707C">
      <w:pPr>
        <w:rPr>
          <w:b/>
          <w:bCs/>
        </w:rPr>
      </w:pPr>
    </w:p>
    <w:p w14:paraId="324B9E42" w14:textId="720C659D" w:rsidR="005D707C" w:rsidRPr="001C3120" w:rsidRDefault="00784B42">
      <w:pPr>
        <w:rPr>
          <w:b/>
          <w:bCs/>
        </w:rPr>
      </w:pPr>
      <w:r w:rsidRPr="000C170F">
        <w:rPr>
          <w:b/>
          <w:bCs/>
        </w:rPr>
        <w:t>Notes: Please note the above list of duties is not exhaustive.</w:t>
      </w:r>
    </w:p>
    <w:p w14:paraId="1E1C2DBE" w14:textId="774878B5" w:rsidR="0089497D" w:rsidRDefault="00784B42">
      <w:r>
        <w:br/>
        <w:t>I confirm that I have read and understood the above Role Descriptor and I agree to consistently perform the above duties to the required company standard.</w:t>
      </w:r>
    </w:p>
    <w:p w14:paraId="3A1392E9" w14:textId="070D14EA" w:rsidR="0089497D" w:rsidRDefault="00784B42">
      <w:r>
        <w:br/>
        <w:t>Employee Number: __________________________________________</w:t>
      </w:r>
    </w:p>
    <w:p w14:paraId="1BF7DA06" w14:textId="77777777" w:rsidR="0089497D" w:rsidRDefault="00784B42">
      <w:r>
        <w:t>Employee Name: _____________________________________________</w:t>
      </w:r>
    </w:p>
    <w:p w14:paraId="0E73E8CE" w14:textId="631DF5C3" w:rsidR="0089497D" w:rsidRDefault="00784B42">
      <w:r>
        <w:t>Employee Po</w:t>
      </w:r>
      <w:r w:rsidR="00367F1D">
        <w:t>sition</w:t>
      </w:r>
      <w:r>
        <w:t>: __________________________________________</w:t>
      </w:r>
    </w:p>
    <w:p w14:paraId="0FB6EB66" w14:textId="30F0201F" w:rsidR="0089497D" w:rsidRDefault="00784B42">
      <w:r>
        <w:t xml:space="preserve">Employee </w:t>
      </w:r>
      <w:r w:rsidR="00367F1D">
        <w:t>Signature</w:t>
      </w:r>
      <w:r>
        <w:t>: ________________________________</w:t>
      </w:r>
      <w:r w:rsidR="00367F1D">
        <w:t>________</w:t>
      </w:r>
    </w:p>
    <w:p w14:paraId="085926D1" w14:textId="0063F304" w:rsidR="00367F1D" w:rsidRDefault="00367F1D" w:rsidP="00367F1D">
      <w:r>
        <w:t>Date</w:t>
      </w:r>
      <w:r>
        <w:t>: ________________________________</w:t>
      </w:r>
      <w:r>
        <w:t>__________________________</w:t>
      </w:r>
    </w:p>
    <w:p w14:paraId="06D9E092" w14:textId="77777777" w:rsidR="00367F1D" w:rsidRDefault="00367F1D"/>
    <w:p w14:paraId="1C58AEAC" w14:textId="77777777" w:rsidR="001B4E06" w:rsidRDefault="001B4E06"/>
    <w:sectPr w:rsidR="001B4E06" w:rsidSect="006B33E5">
      <w:headerReference w:type="default" r:id="rId8"/>
      <w:pgSz w:w="12240" w:h="15840"/>
      <w:pgMar w:top="1440" w:right="118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3F75C" w14:textId="77777777" w:rsidR="00ED3CA0" w:rsidRDefault="00ED3CA0" w:rsidP="008C382B">
      <w:pPr>
        <w:spacing w:after="0" w:line="240" w:lineRule="auto"/>
      </w:pPr>
      <w:r>
        <w:separator/>
      </w:r>
    </w:p>
  </w:endnote>
  <w:endnote w:type="continuationSeparator" w:id="0">
    <w:p w14:paraId="680873EE" w14:textId="77777777" w:rsidR="00ED3CA0" w:rsidRDefault="00ED3CA0" w:rsidP="008C3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F3FA" w14:textId="77777777" w:rsidR="00ED3CA0" w:rsidRDefault="00ED3CA0" w:rsidP="008C382B">
      <w:pPr>
        <w:spacing w:after="0" w:line="240" w:lineRule="auto"/>
      </w:pPr>
      <w:r>
        <w:separator/>
      </w:r>
    </w:p>
  </w:footnote>
  <w:footnote w:type="continuationSeparator" w:id="0">
    <w:p w14:paraId="2146FEEC" w14:textId="77777777" w:rsidR="00ED3CA0" w:rsidRDefault="00ED3CA0" w:rsidP="008C3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9DE21" w14:textId="0376D003" w:rsidR="008C382B" w:rsidRDefault="008C382B">
    <w:pPr>
      <w:pStyle w:val="Header"/>
    </w:pPr>
    <w:r>
      <w:rPr>
        <w:noProof/>
      </w:rPr>
      <w:drawing>
        <wp:inline distT="0" distB="0" distL="0" distR="0" wp14:anchorId="388DF294" wp14:editId="2FA5B754">
          <wp:extent cx="5182235" cy="780415"/>
          <wp:effectExtent l="0" t="0" r="0" b="635"/>
          <wp:docPr id="1001823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223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2389723">
    <w:abstractNumId w:val="8"/>
  </w:num>
  <w:num w:numId="2" w16cid:durableId="1948998623">
    <w:abstractNumId w:val="6"/>
  </w:num>
  <w:num w:numId="3" w16cid:durableId="1330865479">
    <w:abstractNumId w:val="5"/>
  </w:num>
  <w:num w:numId="4" w16cid:durableId="1989627893">
    <w:abstractNumId w:val="4"/>
  </w:num>
  <w:num w:numId="5" w16cid:durableId="1807312390">
    <w:abstractNumId w:val="7"/>
  </w:num>
  <w:num w:numId="6" w16cid:durableId="40445580">
    <w:abstractNumId w:val="3"/>
  </w:num>
  <w:num w:numId="7" w16cid:durableId="1271085776">
    <w:abstractNumId w:val="2"/>
  </w:num>
  <w:num w:numId="8" w16cid:durableId="1381393792">
    <w:abstractNumId w:val="1"/>
  </w:num>
  <w:num w:numId="9" w16cid:durableId="36144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A1E"/>
    <w:rsid w:val="00034616"/>
    <w:rsid w:val="00060087"/>
    <w:rsid w:val="0006063C"/>
    <w:rsid w:val="00063A3C"/>
    <w:rsid w:val="00066C11"/>
    <w:rsid w:val="00071BCE"/>
    <w:rsid w:val="00077BCD"/>
    <w:rsid w:val="000A7A3F"/>
    <w:rsid w:val="000B106D"/>
    <w:rsid w:val="000C170F"/>
    <w:rsid w:val="000F2AE3"/>
    <w:rsid w:val="00101169"/>
    <w:rsid w:val="0010438E"/>
    <w:rsid w:val="00111B4F"/>
    <w:rsid w:val="0015074B"/>
    <w:rsid w:val="001728C1"/>
    <w:rsid w:val="00187DC6"/>
    <w:rsid w:val="001943A5"/>
    <w:rsid w:val="0019521E"/>
    <w:rsid w:val="001B24CF"/>
    <w:rsid w:val="001B4E06"/>
    <w:rsid w:val="001C3120"/>
    <w:rsid w:val="001D0703"/>
    <w:rsid w:val="001E0395"/>
    <w:rsid w:val="0024338E"/>
    <w:rsid w:val="00274DA3"/>
    <w:rsid w:val="0029639D"/>
    <w:rsid w:val="002A0CF7"/>
    <w:rsid w:val="002B66F5"/>
    <w:rsid w:val="002B7376"/>
    <w:rsid w:val="002D22EB"/>
    <w:rsid w:val="002D5D49"/>
    <w:rsid w:val="002E01F8"/>
    <w:rsid w:val="00326F90"/>
    <w:rsid w:val="00333A3C"/>
    <w:rsid w:val="00352C94"/>
    <w:rsid w:val="00367F1D"/>
    <w:rsid w:val="003D3CF3"/>
    <w:rsid w:val="003E04C4"/>
    <w:rsid w:val="00452E00"/>
    <w:rsid w:val="00484E2D"/>
    <w:rsid w:val="004A1318"/>
    <w:rsid w:val="00504123"/>
    <w:rsid w:val="00521915"/>
    <w:rsid w:val="00525D4B"/>
    <w:rsid w:val="005554C7"/>
    <w:rsid w:val="005761B7"/>
    <w:rsid w:val="005B1DDE"/>
    <w:rsid w:val="005B787E"/>
    <w:rsid w:val="005D707C"/>
    <w:rsid w:val="005F0FC8"/>
    <w:rsid w:val="006033EF"/>
    <w:rsid w:val="006239D0"/>
    <w:rsid w:val="00651AA9"/>
    <w:rsid w:val="00654746"/>
    <w:rsid w:val="006576AD"/>
    <w:rsid w:val="006666F8"/>
    <w:rsid w:val="00676443"/>
    <w:rsid w:val="00696ACF"/>
    <w:rsid w:val="006B33E5"/>
    <w:rsid w:val="006B371F"/>
    <w:rsid w:val="006B689C"/>
    <w:rsid w:val="00783A25"/>
    <w:rsid w:val="00784B42"/>
    <w:rsid w:val="007921E1"/>
    <w:rsid w:val="00883E5D"/>
    <w:rsid w:val="0089497D"/>
    <w:rsid w:val="008C382B"/>
    <w:rsid w:val="008F4138"/>
    <w:rsid w:val="00902F4C"/>
    <w:rsid w:val="00930682"/>
    <w:rsid w:val="009561E6"/>
    <w:rsid w:val="009609DA"/>
    <w:rsid w:val="00965480"/>
    <w:rsid w:val="0096662C"/>
    <w:rsid w:val="009B5DE0"/>
    <w:rsid w:val="009F361C"/>
    <w:rsid w:val="00A02740"/>
    <w:rsid w:val="00A14763"/>
    <w:rsid w:val="00AA1D8D"/>
    <w:rsid w:val="00AF5172"/>
    <w:rsid w:val="00B46E51"/>
    <w:rsid w:val="00B47730"/>
    <w:rsid w:val="00B547E2"/>
    <w:rsid w:val="00B648C7"/>
    <w:rsid w:val="00BC216B"/>
    <w:rsid w:val="00BF1428"/>
    <w:rsid w:val="00BF7900"/>
    <w:rsid w:val="00C015A6"/>
    <w:rsid w:val="00C214A2"/>
    <w:rsid w:val="00C4031A"/>
    <w:rsid w:val="00CB0664"/>
    <w:rsid w:val="00CD0F0D"/>
    <w:rsid w:val="00CE4CB9"/>
    <w:rsid w:val="00D44D48"/>
    <w:rsid w:val="00D636BF"/>
    <w:rsid w:val="00D7596C"/>
    <w:rsid w:val="00D9228F"/>
    <w:rsid w:val="00DB26DD"/>
    <w:rsid w:val="00E011CB"/>
    <w:rsid w:val="00E023A4"/>
    <w:rsid w:val="00E330A7"/>
    <w:rsid w:val="00E47D14"/>
    <w:rsid w:val="00E66495"/>
    <w:rsid w:val="00E769F9"/>
    <w:rsid w:val="00E814E3"/>
    <w:rsid w:val="00ED3CA0"/>
    <w:rsid w:val="00FA04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B56A03"/>
  <w14:defaultImageDpi w14:val="300"/>
  <w15:docId w15:val="{E84E11CE-1DD4-43DF-83E7-8F179093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 Finta</cp:lastModifiedBy>
  <cp:revision>94</cp:revision>
  <cp:lastPrinted>2026-02-23T09:21:00Z</cp:lastPrinted>
  <dcterms:created xsi:type="dcterms:W3CDTF">2013-12-23T23:15:00Z</dcterms:created>
  <dcterms:modified xsi:type="dcterms:W3CDTF">2026-02-23T09:57:00Z</dcterms:modified>
  <cp:category/>
</cp:coreProperties>
</file>